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לאורך השנה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סדר החגים והמועדים בשנה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למורשת בלתי מוחשית בכל 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מנהגים מקהילות שונות לאורך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שקט וסליחה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פירות ועצים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כ״ט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קציר וביכורים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סוכות בתשרי, פסח בניסן - הרבה אחרי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שבת היא מועד שבועי, לא פעם בשנה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שייך לחנוכה, בפורים מתחפשים ועוזרים לזולת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בלוח השנה של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מנהגים לאורך כל החיים, מלידה ועד חתונה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חג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(יום של שקט וסליחה)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(דלת פתוחה וגג של סכך)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(שמונה נרות ואלפי סיפורים)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(קציר, ביכורים ומילה טובה)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(עוצרים פעם בשבוע סביב שולחן)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החגים לפי סדר השנה (מתשרי)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ט״ו בשבט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פסח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שבועות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 חנוכה: מוחשי - חנוכייה ונרות, בלתי מוחשי - ערך הנס והאור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שבת חוזרת כל שבוע, ראש השנה חוזר פעם בשנה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מוחשי=חפץ, בלתי מוחשי=ערך/רגש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סוכות בתשרי, חנוכה בכסלו - סוכות 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הקשורה לחג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בכרטיסיות החגים מהמשחק כדי לתרגל את הסדר באופן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לשתף מנהג משפחתי אחד בעל פה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להוסיף תנועה - כל תלמיד מחזיק כרטיס ומחפש את הזוג שלו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מורשת לאורך השנה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חג ומועד יש לנו מורשת שעוברת מדור לדור - חפצים שרואים ונוגעים בהם, וגם ערכים וסיפורים שמרגישים בלב. בדף הזה נעבור על החגים לפי סדר השנה.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חודש חל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מסמל יום כיפור?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וריקודים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שקט וסליחה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קציר תבואה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הדלקת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ימים חוגגים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מוחשי בט״ו בשבט?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אהבת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פירות ועצים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תקווה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זיכרון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ו׳ בסיוון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כ״ה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מציינים בשבועות?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יציאת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קציר וביכורים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 השמן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תחילת השנה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פסח חל לפני סוכות בסדר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שבת חוזרת כל שבוע לאורך כל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בפורים מחפשים אור בתוך החושך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בירושלים שושן פורים נחגג יום אחרי פורים הרגיל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מנהגי משפחה וקהילה קיימים רק בחגים הגדולים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בראש השנה תוקעים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בסוכות יושבים מתחת לגג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בחנוכה מדליקים __________ במשך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בט״ו בשבט שמים לב ל__________ ולפירות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בפסח כל דור מספר מחדש את ה__________ של היציאה ממצרים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בסיגד עולים אל ה__________ ונושאים געגוע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חג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יום כיפור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שמונה נרות ואלפי סיפורים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עוצרים פעם בשבוע סביב שולחן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דלת פתוחה וגג של סכך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שבועות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יום של שקט וסליחה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קציר, ביכורים ומילה טובה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החגים לפי סדר השנה (מתשרי)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כיפור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ראש 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ט״ו בשבט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חג אחד וכתבו מה מוחשי בו ומה בלתי מוחשי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מועד שחוזר כל שבוע למועד שחוזר פעם בשנה? תנו 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מורשת מוחשית לבלתי מוחשית?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בא ראשון בשנה - חנוכה או סוכות?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ספרו מנהג אחד שקשור לאחד מהחגים שלמדנו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מורשת לאורך השנה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